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בעברית על הזברה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ולענות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ושלם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שחור ולבן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הזברה אוכלת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(חיה עם פסים שחורים ולבנים)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(קבוצה גדולה של זברות)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(תינוק של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שהזברה אוכלת)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הזברה אוכלת עשב.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מי האמא שלו בעדר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לשמוע את המילים עם האייקון 🔊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מפעילות ההתאמה לפני השאלות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הזברה - איך היא נראית, מה היא אוכלת ואיך היא חיה באפריקה עם המשפחה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פסים  ·  עשב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הזברה 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צבע הפסים של הזברה?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שחור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אדום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 וצהוב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הזברה אוכלת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לזברה יש פסים שחורים ולבנים.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הזברה אוכלת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לזברה יש __________ שחורים ולבנים.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קבוצה גדולה של זברות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שהזברה אוכלת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חיה עם פסים שחורים ולבנים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תינוק של זברה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הזברה אוכלת? כתבו 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גרה הזברה?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הזברה אוכלת?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הזברה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