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חדשות בעברית על הזברה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משפטים פשוטים ולענות עליהם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פשוט ושלם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אפריקה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שחור ולבן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בעדר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חלק מהזברות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הם אחרים לכל זברה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הזברה אוכלת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הן חיות ביחד בעדר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(חיה עם פסים שחורים ולבנים)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(קבוצה גדולה של זברות)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(תינוק של זברה)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(מה שהזברה אוכלת)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(חיה שיכולה לתקוף זברה)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הזברה אוכלת עשב.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הזברה גרה באפריקה.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מי האמא שלו בעדר הגדול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לשמוע את המילים עם האייקון 🔊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מפעילות ההתאמה לפני השאלות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🦓 סוד הפסים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הזברה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מילים חדשות על חיה שנקראת זברה. נקרא משפטים קצרים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זֶבְּרָה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עם פסים שחורים ולבנים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פַּסִּים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קווים על הגוף של הזברה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עֵדֶר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קבוצה גדולה של זברות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סְיָח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תינוק של 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עֵשֶׂב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ירוק, אוכל של הזברה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אַרְיֵה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חיה גדולה וחזקה באפריקה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לַיְלָה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שאין בו שמש, חושך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בְּיַחַד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ביחד, לא לבד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יבשת גרה הזברה?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צבעים יש לפסים?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 וצהוב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חום וורוד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האוכל של הזברה?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עם מי חיה הזברה?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בעדר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שומר כשחשוך?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מהזברות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הסייח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האם לכל הזברות אותם פסים?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זהים לכל הזברות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אחרים לכל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להן פסים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משתנים כל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הזברה אוכלת בשר.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לזברה יש פסים שחורים ולבנים.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חיות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הסייח מכיר את הפסים של אמא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הזברות הולכות למקום עם גשם ועשב.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הזברה אוכלת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לזברה יש __________ שחורים ולבנים.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הזברות חיות ביחד, ב__________ 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מכיר את אמא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ב__________ חלק מהזברות שומרות על העדר.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תינוק של 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חיה שיכולה לתקוף זברה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חיה עם פסים שחורים ולבנים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קבוצה גדולה של זברות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שהזברה אוכלת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הזברה אוכלת? כתבו משפט שלם.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הזברה גרה? כתבו משפט שלם.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גרה הזברה?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הזברה אוכלת?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הסייח מכיר את הפסים של אמא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הזברה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